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Lab notebook</w:t>
      </w:r>
    </w:p>
    <w:p>
      <w:r>
        <w:t>This is an independent, free, learning-only student project. It respects every company and vendor, and every trademark belongs to its owner. It is not affiliated with or endorsed by any of them. If anyone has a concern, the content will be removed or corrected promptly via the contact page. Nothing here is sold. The author is happy to volunteer. Notes about recording, consent, and emergency calling are educational and are not legal advice.</w:t>
      </w:r>
    </w:p>
    <w:p>
      <w:r>
        <w:t>https://cyphermonkeylabs.com/#contact</w:t>
      </w:r>
    </w:p>
    <w:p>
      <w:r>
        <w:t xml:space="preserve">Date: </w:t>
      </w:r>
    </w:p>
    <w:p>
      <w:r>
        <w:t xml:space="preserve">Command: </w:t>
      </w:r>
    </w:p>
    <w:p>
      <w:r>
        <w:t xml:space="preserve">Input: </w:t>
      </w:r>
    </w:p>
    <w:p>
      <w:r>
        <w:t xml:space="preserve">Output: </w:t>
      </w:r>
    </w:p>
    <w:p>
      <w:r>
        <w:t xml:space="preserve">Mock or live: </w:t>
      </w:r>
    </w:p>
    <w:p>
      <w:r>
        <w:t xml:space="preserve">What you will not claim: </w:t>
      </w:r>
    </w:p>
    <w:p>
      <w:pPr>
        <w:pStyle w:val="Heading1"/>
      </w:pPr>
      <w:r>
        <w:t>Sources and go deeper</w:t>
      </w:r>
    </w:p>
    <w:p>
      <w:r>
        <w:t>Python 3 tutorial (vendor)</w:t>
      </w:r>
    </w:p>
    <w:p>
      <w:r>
        <w:t>last checked 2026-10</w:t>
      </w:r>
    </w:p>
    <w:p>
      <w:r>
        <w:t>https://docs.python.org/3/tutorial/</w:t>
      </w:r>
    </w:p>
    <w:p>
      <w:r>
        <w:t>Git reference (vendor)</w:t>
      </w:r>
    </w:p>
    <w:p>
      <w:r>
        <w:t>last checked 2026-10</w:t>
      </w:r>
    </w:p>
    <w:p>
      <w:r>
        <w:t>https://git-scm.com/docs</w:t>
      </w:r>
    </w:p>
    <w:p>
      <w:r>
        <w:t>Python (programming language) — Wikipedia (wikipedia)</w:t>
      </w:r>
    </w:p>
    <w:p>
      <w:r>
        <w:t>last checked 2026-10</w:t>
      </w:r>
    </w:p>
    <w:p>
      <w:r>
        <w:t>https://en.wikipedia.org/wiki/Python_(programming_language)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