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RAG checklist form</w:t>
      </w:r>
    </w:p>
    <w:p>
      <w:r>
        <w:t>This is an independent, free, learning-only student project. It respects every company and vendor, and every trademark belongs to its owner. It is not affiliated with or endorsed by any of them. If anyone has a concern, the content will be removed or corrected promptly via the contact page. Nothing here is sold. The author is happy to volunteer. Notes about recording, consent, and emergency calling are educational and are not legal advice.</w:t>
      </w:r>
    </w:p>
    <w:p>
      <w:r>
        <w:t>https://cyphermonkeylabs.com/#contact</w:t>
      </w:r>
    </w:p>
    <w:p>
      <w:r>
        <w:t xml:space="preserve">Corpus you may use: </w:t>
      </w:r>
    </w:p>
    <w:p>
      <w:r>
        <w:t xml:space="preserve">Chunk note: </w:t>
      </w:r>
    </w:p>
    <w:p>
      <w:r>
        <w:t xml:space="preserve">Retrieved passage: </w:t>
      </w:r>
    </w:p>
    <w:p>
      <w:r>
        <w:t xml:space="preserve">Quote: </w:t>
      </w:r>
    </w:p>
    <w:p>
      <w:r>
        <w:t xml:space="preserve">Refusal case: </w:t>
      </w:r>
    </w:p>
    <w:p>
      <w:r>
        <w:t xml:space="preserve">Date of the note: </w:t>
      </w:r>
    </w:p>
    <w:p>
      <w:pPr>
        <w:pStyle w:val="Heading1"/>
      </w:pPr>
      <w:r>
        <w:t>Sources and go deeper</w:t>
      </w:r>
    </w:p>
    <w:p>
      <w:r>
        <w:t>Lewis and co-authors, Retrieval-Augmented Generation for Knowledge-Intensive NLP Tasks, 2020 (paper)</w:t>
      </w:r>
    </w:p>
    <w:p>
      <w:r>
        <w:t>last checked 2026-10</w:t>
      </w:r>
    </w:p>
    <w:p>
      <w:r>
        <w:t>https://arxiv.org/abs/2005.11401</w:t>
      </w:r>
    </w:p>
    <w:p>
      <w:r>
        <w:t>Retrieval-augmented generation — Wikipedia (wikipedia)</w:t>
      </w:r>
    </w:p>
    <w:p>
      <w:r>
        <w:t>last checked 2026-10</w:t>
      </w:r>
    </w:p>
    <w:p>
      <w:r>
        <w:t>https://en.wikipedia.org/wiki/Retrieval-augmented_generation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